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FB5E53" w:rsidRPr="00F7521E" w14:paraId="5A8913C5" w14:textId="77777777">
        <w:trPr>
          <w:jc w:val="center"/>
        </w:trPr>
        <w:tc>
          <w:tcPr>
            <w:tcW w:w="9865" w:type="dxa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  <w:shd w:val="clear" w:color="auto" w:fill="5B2C83"/>
          </w:tcPr>
          <w:p w14:paraId="7C0CB361" w14:textId="716DBB9E" w:rsidR="00FB5E53" w:rsidRPr="00F7521E" w:rsidRDefault="00F7521E" w:rsidP="00F7521E">
            <w:pPr>
              <w:tabs>
                <w:tab w:val="center" w:pos="4824"/>
                <w:tab w:val="right" w:pos="9649"/>
              </w:tabs>
              <w:spacing w:after="0" w:line="216" w:lineRule="auto"/>
              <w:rPr>
                <w:rFonts w:ascii="TH SarabunPSK" w:hAnsi="TH SarabunPSK" w:cs="TH SarabunPSK"/>
                <w:szCs w:val="32"/>
              </w:rPr>
            </w:pPr>
            <w:r>
              <w:rPr>
                <w:rFonts w:ascii="TH SarabunPSK" w:hAnsi="TH SarabunPSK" w:cs="TH SarabunPSK"/>
                <w:b/>
                <w:color w:val="FFFFFF"/>
                <w:szCs w:val="32"/>
                <w:lang w:bidi="th-TH"/>
              </w:rPr>
              <w:tab/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  <w:lang w:bidi="th-TH"/>
              </w:rPr>
              <w:t>แบบตอบรับเข้าร่วมพิธีรับรางวัลศิษย์เก่าดีเด่น</w:t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  <w:lang w:bidi="th-TH"/>
              </w:rPr>
              <w:t>พ</w:t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</w:rPr>
              <w:t>.</w:t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  <w:lang w:bidi="th-TH"/>
              </w:rPr>
              <w:t>ศ</w:t>
            </w:r>
            <w:r w:rsidRPr="00F7521E">
              <w:rPr>
                <w:rFonts w:ascii="TH SarabunPSK" w:hAnsi="TH SarabunPSK" w:cs="TH SarabunPSK" w:hint="cs"/>
                <w:b/>
                <w:color w:val="FFFFFF"/>
                <w:szCs w:val="32"/>
              </w:rPr>
              <w:t>. 2569</w:t>
            </w:r>
            <w:r>
              <w:rPr>
                <w:rFonts w:ascii="TH SarabunPSK" w:hAnsi="TH SarabunPSK" w:cs="TH SarabunPSK"/>
                <w:b/>
                <w:color w:val="FFFFFF"/>
                <w:szCs w:val="32"/>
              </w:rPr>
              <w:tab/>
            </w:r>
          </w:p>
          <w:p w14:paraId="0E4A7C23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b/>
                <w:color w:val="FFDD33"/>
                <w:szCs w:val="32"/>
                <w:lang w:bidi="th-TH"/>
              </w:rPr>
              <w:t>มหาวิทยาลัยราชภัฏบุรีรัมย์</w:t>
            </w:r>
            <w:r w:rsidRPr="00F7521E">
              <w:rPr>
                <w:rFonts w:ascii="TH SarabunPSK" w:hAnsi="TH SarabunPSK" w:cs="TH SarabunPSK" w:hint="cs"/>
                <w:b/>
                <w:color w:val="FFDD33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b/>
                <w:color w:val="FFDD33"/>
                <w:szCs w:val="32"/>
                <w:lang w:bidi="th-TH"/>
              </w:rPr>
              <w:t>เนื่องในโอกาสครบรอบการก่อตั้งสถาบัน</w:t>
            </w:r>
            <w:r w:rsidRPr="00F7521E">
              <w:rPr>
                <w:rFonts w:ascii="TH SarabunPSK" w:hAnsi="TH SarabunPSK" w:cs="TH SarabunPSK" w:hint="cs"/>
                <w:b/>
                <w:color w:val="FFDD33"/>
                <w:szCs w:val="32"/>
              </w:rPr>
              <w:t xml:space="preserve"> 55 </w:t>
            </w:r>
            <w:r w:rsidRPr="00F7521E">
              <w:rPr>
                <w:rFonts w:ascii="TH SarabunPSK" w:hAnsi="TH SarabunPSK" w:cs="TH SarabunPSK" w:hint="cs"/>
                <w:b/>
                <w:color w:val="FFDD33"/>
                <w:szCs w:val="32"/>
                <w:lang w:bidi="th-TH"/>
              </w:rPr>
              <w:t>ปี</w:t>
            </w:r>
          </w:p>
        </w:tc>
      </w:tr>
    </w:tbl>
    <w:p w14:paraId="57C84A3A" w14:textId="77777777" w:rsidR="00FB5E53" w:rsidRPr="00F7521E" w:rsidRDefault="00000000">
      <w:pPr>
        <w:spacing w:after="0" w:line="221" w:lineRule="auto"/>
        <w:jc w:val="center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b/>
          <w:szCs w:val="32"/>
          <w:lang w:bidi="th-TH"/>
        </w:rPr>
        <w:t>วันเสาร์ที่</w:t>
      </w:r>
      <w:r w:rsidRPr="00F7521E">
        <w:rPr>
          <w:rFonts w:ascii="TH SarabunPSK" w:hAnsi="TH SarabunPSK" w:cs="TH SarabunPSK" w:hint="cs"/>
          <w:b/>
          <w:szCs w:val="32"/>
        </w:rPr>
        <w:t xml:space="preserve"> 3 </w:t>
      </w:r>
      <w:r w:rsidRPr="00F7521E">
        <w:rPr>
          <w:rFonts w:ascii="TH SarabunPSK" w:hAnsi="TH SarabunPSK" w:cs="TH SarabunPSK" w:hint="cs"/>
          <w:b/>
          <w:szCs w:val="32"/>
          <w:lang w:bidi="th-TH"/>
        </w:rPr>
        <w:t>ตุลาคม</w:t>
      </w:r>
      <w:r w:rsidRPr="00F7521E">
        <w:rPr>
          <w:rFonts w:ascii="TH SarabunPSK" w:hAnsi="TH SarabunPSK" w:cs="TH SarabunPSK" w:hint="cs"/>
          <w:b/>
          <w:szCs w:val="32"/>
        </w:rPr>
        <w:t xml:space="preserve"> 2569  </w:t>
      </w:r>
      <w:r w:rsidRPr="00F7521E">
        <w:rPr>
          <w:rFonts w:ascii="TH SarabunPSK" w:hAnsi="TH SarabunPSK" w:cs="TH SarabunPSK" w:hint="cs"/>
          <w:b/>
          <w:szCs w:val="32"/>
          <w:lang w:bidi="th-TH"/>
        </w:rPr>
        <w:t>ณ</w:t>
      </w:r>
      <w:r w:rsidRPr="00F7521E">
        <w:rPr>
          <w:rFonts w:ascii="TH SarabunPSK" w:hAnsi="TH SarabunPSK" w:cs="TH SarabunPSK" w:hint="cs"/>
          <w:b/>
          <w:szCs w:val="32"/>
        </w:rPr>
        <w:t xml:space="preserve"> </w:t>
      </w:r>
      <w:r w:rsidRPr="00F7521E">
        <w:rPr>
          <w:rFonts w:ascii="TH SarabunPSK" w:hAnsi="TH SarabunPSK" w:cs="TH SarabunPSK" w:hint="cs"/>
          <w:b/>
          <w:szCs w:val="32"/>
          <w:lang w:bidi="th-TH"/>
        </w:rPr>
        <w:t>หอประชุมมาลิณีจุโฑปะมา</w:t>
      </w:r>
      <w:r w:rsidRPr="00F7521E">
        <w:rPr>
          <w:rFonts w:ascii="TH SarabunPSK" w:hAnsi="TH SarabunPSK" w:cs="TH SarabunPSK" w:hint="cs"/>
          <w:b/>
          <w:szCs w:val="32"/>
        </w:rPr>
        <w:t xml:space="preserve"> </w:t>
      </w:r>
      <w:r w:rsidRPr="00F7521E">
        <w:rPr>
          <w:rFonts w:ascii="TH SarabunPSK" w:hAnsi="TH SarabunPSK" w:cs="TH SarabunPSK" w:hint="cs"/>
          <w:b/>
          <w:szCs w:val="32"/>
          <w:lang w:bidi="th-TH"/>
        </w:rPr>
        <w:t>มหาวิทยาลัยราชภัฏบุรีรัมย์</w:t>
      </w:r>
    </w:p>
    <w:p w14:paraId="46EAB085" w14:textId="77777777" w:rsidR="00F7521E" w:rsidRDefault="00F7521E">
      <w:pPr>
        <w:spacing w:after="0" w:line="221" w:lineRule="auto"/>
        <w:rPr>
          <w:rFonts w:ascii="TH SarabunPSK" w:hAnsi="TH SarabunPSK" w:cs="TH SarabunPSK"/>
          <w:b/>
          <w:color w:val="5B2C83"/>
          <w:szCs w:val="32"/>
          <w:lang w:bidi="th-TH"/>
        </w:rPr>
      </w:pPr>
    </w:p>
    <w:p w14:paraId="39D46EDC" w14:textId="4A44A7EB" w:rsidR="00FB5E53" w:rsidRDefault="00000000">
      <w:pPr>
        <w:spacing w:after="0" w:line="221" w:lineRule="auto"/>
        <w:rPr>
          <w:rFonts w:ascii="TH SarabunPSK" w:hAnsi="TH SarabunPSK" w:cs="TH SarabunPSK"/>
          <w:szCs w:val="32"/>
          <w:lang w:bidi="th-TH"/>
        </w:rPr>
      </w:pPr>
      <w:r w:rsidRPr="00F7521E">
        <w:rPr>
          <w:rFonts w:ascii="TH SarabunPSK" w:hAnsi="TH SarabunPSK" w:cs="TH SarabunPSK" w:hint="cs"/>
          <w:b/>
          <w:color w:val="5B2C83"/>
          <w:szCs w:val="32"/>
          <w:lang w:bidi="th-TH"/>
        </w:rPr>
        <w:t>คำชี้แจง</w:t>
      </w:r>
      <w:r w:rsidRPr="00F7521E">
        <w:rPr>
          <w:rFonts w:ascii="TH SarabunPSK" w:hAnsi="TH SarabunPSK" w:cs="TH SarabunPSK" w:hint="cs"/>
          <w:b/>
          <w:color w:val="5B2C83"/>
          <w:szCs w:val="32"/>
        </w:rPr>
        <w:t xml:space="preserve">: </w:t>
      </w:r>
      <w:r w:rsidRPr="00F7521E">
        <w:rPr>
          <w:rFonts w:ascii="TH SarabunPSK" w:hAnsi="TH SarabunPSK" w:cs="TH SarabunPSK" w:hint="cs"/>
          <w:szCs w:val="32"/>
          <w:lang w:bidi="th-TH"/>
        </w:rPr>
        <w:t>โปรดกรอกข้อมูลและทำเครื่องหมาย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Segoe UI Symbol" w:hAnsi="Segoe UI Symbol" w:cs="Segoe UI Symbol"/>
          <w:szCs w:val="32"/>
        </w:rPr>
        <w:t>✓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/>
          <w:szCs w:val="32"/>
          <w:lang w:bidi="th-TH"/>
        </w:rPr>
        <w:t>ในช่องที่ตรงกับความประสงค์ของท่าน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/>
          <w:szCs w:val="32"/>
          <w:lang w:bidi="th-TH"/>
        </w:rPr>
        <w:t>เพื่อยืนยันการเข้าร่วมพิธีรับรางวัลและการสำรองโต๊ะจีน</w:t>
      </w:r>
    </w:p>
    <w:p w14:paraId="1877AA55" w14:textId="77777777" w:rsidR="00F7521E" w:rsidRPr="00F7521E" w:rsidRDefault="00F7521E">
      <w:pPr>
        <w:spacing w:after="0" w:line="221" w:lineRule="auto"/>
        <w:rPr>
          <w:rFonts w:ascii="TH SarabunPSK" w:hAnsi="TH SarabunPSK" w:cs="TH SarabunPSK"/>
          <w:szCs w:val="32"/>
        </w:rPr>
      </w:pPr>
    </w:p>
    <w:p w14:paraId="25ADB4F5" w14:textId="77777777" w:rsidR="00FB5E53" w:rsidRPr="00F7521E" w:rsidRDefault="00000000">
      <w:pPr>
        <w:spacing w:after="0" w:line="221" w:lineRule="auto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b/>
          <w:color w:val="5B2C83"/>
          <w:szCs w:val="32"/>
        </w:rPr>
        <w:t xml:space="preserve">1. </w:t>
      </w:r>
      <w:r w:rsidRPr="00F7521E">
        <w:rPr>
          <w:rFonts w:ascii="TH SarabunPSK" w:hAnsi="TH SarabunPSK" w:cs="TH SarabunPSK" w:hint="cs"/>
          <w:b/>
          <w:color w:val="5B2C83"/>
          <w:szCs w:val="32"/>
          <w:lang w:bidi="th-TH"/>
        </w:rPr>
        <w:t>ข้อมูลผู้ได้รับรางวัล</w:t>
      </w:r>
    </w:p>
    <w:p w14:paraId="1403D5FA" w14:textId="77777777" w:rsidR="00FB5E53" w:rsidRPr="00F7521E" w:rsidRDefault="00000000">
      <w:pPr>
        <w:spacing w:after="0" w:line="221" w:lineRule="auto"/>
        <w:ind w:left="170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  <w:lang w:bidi="th-TH"/>
        </w:rPr>
        <w:t>ชื่อ</w:t>
      </w:r>
      <w:r w:rsidRPr="00F7521E">
        <w:rPr>
          <w:rFonts w:ascii="TH SarabunPSK" w:hAnsi="TH SarabunPSK" w:cs="TH SarabunPSK" w:hint="cs"/>
          <w:szCs w:val="32"/>
        </w:rPr>
        <w:t>–</w:t>
      </w:r>
      <w:r w:rsidRPr="00F7521E">
        <w:rPr>
          <w:rFonts w:ascii="TH SarabunPSK" w:hAnsi="TH SarabunPSK" w:cs="TH SarabunPSK" w:hint="cs"/>
          <w:szCs w:val="32"/>
          <w:lang w:bidi="th-TH"/>
        </w:rPr>
        <w:t>นามสกุล</w:t>
      </w:r>
      <w:r w:rsidRPr="00F7521E">
        <w:rPr>
          <w:rFonts w:ascii="TH SarabunPSK" w:hAnsi="TH SarabunPSK" w:cs="TH SarabunPSK" w:hint="cs"/>
          <w:szCs w:val="32"/>
        </w:rPr>
        <w:t xml:space="preserve"> ..............................................................................................................................</w:t>
      </w:r>
    </w:p>
    <w:p w14:paraId="7234896C" w14:textId="77777777" w:rsidR="00FB5E53" w:rsidRPr="00F7521E" w:rsidRDefault="00000000">
      <w:pPr>
        <w:spacing w:after="0" w:line="221" w:lineRule="auto"/>
        <w:ind w:left="170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  <w:lang w:bidi="th-TH"/>
        </w:rPr>
        <w:t>ตำแหน่ง</w:t>
      </w:r>
      <w:r w:rsidRPr="00F7521E">
        <w:rPr>
          <w:rFonts w:ascii="TH SarabunPSK" w:hAnsi="TH SarabunPSK" w:cs="TH SarabunPSK" w:hint="cs"/>
          <w:szCs w:val="32"/>
        </w:rPr>
        <w:t>/</w:t>
      </w:r>
      <w:r w:rsidRPr="00F7521E">
        <w:rPr>
          <w:rFonts w:ascii="TH SarabunPSK" w:hAnsi="TH SarabunPSK" w:cs="TH SarabunPSK" w:hint="cs"/>
          <w:szCs w:val="32"/>
          <w:lang w:bidi="th-TH"/>
        </w:rPr>
        <w:t>หน่วยงาน</w:t>
      </w:r>
      <w:r w:rsidRPr="00F7521E">
        <w:rPr>
          <w:rFonts w:ascii="TH SarabunPSK" w:hAnsi="TH SarabunPSK" w:cs="TH SarabunPSK" w:hint="cs"/>
          <w:szCs w:val="32"/>
        </w:rPr>
        <w:t xml:space="preserve"> ......................................................................................................................</w:t>
      </w:r>
    </w:p>
    <w:p w14:paraId="6488D783" w14:textId="77777777" w:rsidR="00FB5E53" w:rsidRPr="00F7521E" w:rsidRDefault="00000000">
      <w:pPr>
        <w:spacing w:after="0" w:line="221" w:lineRule="auto"/>
        <w:ind w:left="170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  <w:lang w:bidi="th-TH"/>
        </w:rPr>
        <w:t>หมายเลขโทรศัพท์</w:t>
      </w:r>
      <w:r w:rsidRPr="00F7521E">
        <w:rPr>
          <w:rFonts w:ascii="TH SarabunPSK" w:hAnsi="TH SarabunPSK" w:cs="TH SarabunPSK" w:hint="cs"/>
          <w:szCs w:val="32"/>
        </w:rPr>
        <w:t xml:space="preserve"> ........................................................................................................................</w:t>
      </w:r>
    </w:p>
    <w:p w14:paraId="6AB2AAA3" w14:textId="77777777" w:rsidR="00F7521E" w:rsidRDefault="00F7521E">
      <w:pPr>
        <w:spacing w:after="0" w:line="221" w:lineRule="auto"/>
        <w:rPr>
          <w:rFonts w:ascii="TH SarabunPSK" w:hAnsi="TH SarabunPSK" w:cs="TH SarabunPSK"/>
          <w:b/>
          <w:color w:val="5B2C83"/>
          <w:szCs w:val="32"/>
          <w:lang w:bidi="th-TH"/>
        </w:rPr>
      </w:pPr>
    </w:p>
    <w:p w14:paraId="70C0B05A" w14:textId="4F00BF2B" w:rsidR="00FB5E53" w:rsidRPr="00F7521E" w:rsidRDefault="00000000">
      <w:pPr>
        <w:spacing w:after="0" w:line="221" w:lineRule="auto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b/>
          <w:color w:val="5B2C83"/>
          <w:szCs w:val="32"/>
        </w:rPr>
        <w:t xml:space="preserve">2. </w:t>
      </w:r>
      <w:r w:rsidRPr="00F7521E">
        <w:rPr>
          <w:rFonts w:ascii="TH SarabunPSK" w:hAnsi="TH SarabunPSK" w:cs="TH SarabunPSK" w:hint="cs"/>
          <w:b/>
          <w:color w:val="5B2C83"/>
          <w:szCs w:val="32"/>
          <w:lang w:bidi="th-TH"/>
        </w:rPr>
        <w:t>การยืนยันเข้าร่วมพิธีรับรางวัล</w:t>
      </w:r>
    </w:p>
    <w:p w14:paraId="2B3A5EE3" w14:textId="77777777" w:rsidR="00FB5E53" w:rsidRPr="00F7521E" w:rsidRDefault="00000000">
      <w:pPr>
        <w:spacing w:after="0" w:line="221" w:lineRule="auto"/>
        <w:ind w:left="340"/>
        <w:rPr>
          <w:rFonts w:ascii="TH SarabunPSK" w:hAnsi="TH SarabunPSK" w:cs="TH SarabunPSK"/>
          <w:szCs w:val="32"/>
        </w:rPr>
      </w:pPr>
      <w:r w:rsidRPr="00F7521E">
        <w:rPr>
          <w:rFonts w:ascii="Segoe UI Symbol" w:hAnsi="Segoe UI Symbol" w:cs="Segoe UI Symbol"/>
          <w:szCs w:val="32"/>
        </w:rPr>
        <w:t>☐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 w:hint="cs"/>
          <w:szCs w:val="32"/>
          <w:lang w:bidi="th-TH"/>
        </w:rPr>
        <w:t>สามารถเข้าร่วมพิธีรับรางวัลได้</w:t>
      </w:r>
    </w:p>
    <w:p w14:paraId="7956FD68" w14:textId="77777777" w:rsidR="00FB5E53" w:rsidRPr="00F7521E" w:rsidRDefault="00000000">
      <w:pPr>
        <w:spacing w:after="0" w:line="221" w:lineRule="auto"/>
        <w:ind w:left="340"/>
        <w:rPr>
          <w:rFonts w:ascii="TH SarabunPSK" w:hAnsi="TH SarabunPSK" w:cs="TH SarabunPSK"/>
          <w:szCs w:val="32"/>
        </w:rPr>
      </w:pPr>
      <w:r w:rsidRPr="00F7521E">
        <w:rPr>
          <w:rFonts w:ascii="Segoe UI Symbol" w:hAnsi="Segoe UI Symbol" w:cs="Segoe UI Symbol"/>
          <w:szCs w:val="32"/>
        </w:rPr>
        <w:t>☐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 w:hint="cs"/>
          <w:szCs w:val="32"/>
          <w:lang w:bidi="th-TH"/>
        </w:rPr>
        <w:t>ไม่สามารถเข้าร่วมพิธีรับรางวัลได้</w:t>
      </w:r>
    </w:p>
    <w:p w14:paraId="06EF8D1A" w14:textId="77777777" w:rsidR="00F7521E" w:rsidRDefault="00F7521E">
      <w:pPr>
        <w:spacing w:after="0" w:line="221" w:lineRule="auto"/>
        <w:rPr>
          <w:rFonts w:ascii="TH SarabunPSK" w:hAnsi="TH SarabunPSK" w:cs="TH SarabunPSK"/>
          <w:b/>
          <w:color w:val="5B2C83"/>
          <w:szCs w:val="32"/>
          <w:lang w:bidi="th-TH"/>
        </w:rPr>
      </w:pPr>
    </w:p>
    <w:p w14:paraId="194481E9" w14:textId="63491D22" w:rsidR="00FB5E53" w:rsidRPr="00F7521E" w:rsidRDefault="00000000">
      <w:pPr>
        <w:spacing w:after="0" w:line="221" w:lineRule="auto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b/>
          <w:color w:val="5B2C83"/>
          <w:szCs w:val="32"/>
        </w:rPr>
        <w:t xml:space="preserve">3. </w:t>
      </w:r>
      <w:r w:rsidRPr="00F7521E">
        <w:rPr>
          <w:rFonts w:ascii="TH SarabunPSK" w:hAnsi="TH SarabunPSK" w:cs="TH SarabunPSK" w:hint="cs"/>
          <w:b/>
          <w:color w:val="5B2C83"/>
          <w:szCs w:val="32"/>
          <w:lang w:bidi="th-TH"/>
        </w:rPr>
        <w:t>การสำรองโต๊ะจีนภายในงาน</w:t>
      </w:r>
    </w:p>
    <w:p w14:paraId="74387652" w14:textId="77777777" w:rsidR="00FB5E53" w:rsidRPr="00F7521E" w:rsidRDefault="00000000">
      <w:pPr>
        <w:spacing w:after="0" w:line="221" w:lineRule="auto"/>
        <w:ind w:left="170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  <w:lang w:bidi="th-TH"/>
        </w:rPr>
        <w:t>ภายในงานมีการจำหน่ายโต๊ะจีนสำหรับผู้ได้รับรางวัล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 w:hint="cs"/>
          <w:szCs w:val="32"/>
          <w:lang w:bidi="th-TH"/>
        </w:rPr>
        <w:t>ราคาโต๊ะละ</w:t>
      </w:r>
      <w:r w:rsidRPr="00F7521E">
        <w:rPr>
          <w:rFonts w:ascii="TH SarabunPSK" w:hAnsi="TH SarabunPSK" w:cs="TH SarabunPSK" w:hint="cs"/>
          <w:szCs w:val="32"/>
        </w:rPr>
        <w:t xml:space="preserve"> 3,500 </w:t>
      </w:r>
      <w:r w:rsidRPr="00F7521E">
        <w:rPr>
          <w:rFonts w:ascii="TH SarabunPSK" w:hAnsi="TH SarabunPSK" w:cs="TH SarabunPSK" w:hint="cs"/>
          <w:szCs w:val="32"/>
          <w:lang w:bidi="th-TH"/>
        </w:rPr>
        <w:t>บาท</w:t>
      </w:r>
      <w:r w:rsidRPr="00F7521E">
        <w:rPr>
          <w:rFonts w:ascii="TH SarabunPSK" w:hAnsi="TH SarabunPSK" w:cs="TH SarabunPSK" w:hint="cs"/>
          <w:szCs w:val="32"/>
        </w:rPr>
        <w:t xml:space="preserve"> </w:t>
      </w:r>
      <w:r w:rsidRPr="00F7521E">
        <w:rPr>
          <w:rFonts w:ascii="TH SarabunPSK" w:hAnsi="TH SarabunPSK" w:cs="TH SarabunPSK" w:hint="cs"/>
          <w:szCs w:val="32"/>
          <w:lang w:bidi="th-TH"/>
        </w:rPr>
        <w:t>โปรดระบุสถานะและความประสงค์ของท่าน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05"/>
        <w:gridCol w:w="8895"/>
      </w:tblGrid>
      <w:tr w:rsidR="00FB5E53" w:rsidRPr="00F7521E" w14:paraId="56F68DF8" w14:textId="77777777" w:rsidTr="00F7521E">
        <w:trPr>
          <w:jc w:val="center"/>
        </w:trPr>
        <w:tc>
          <w:tcPr>
            <w:tcW w:w="13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35202E36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Segoe UI Symbol" w:hAnsi="Segoe UI Symbol" w:cs="Segoe UI Symbol"/>
                <w:szCs w:val="32"/>
              </w:rPr>
              <w:t>☐</w:t>
            </w:r>
          </w:p>
        </w:tc>
        <w:tc>
          <w:tcPr>
            <w:tcW w:w="88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E99A25D" w14:textId="77777777" w:rsidR="00FB5E53" w:rsidRPr="00F7521E" w:rsidRDefault="00000000">
            <w:pPr>
              <w:spacing w:after="0" w:line="216" w:lineRule="auto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มีโต๊ะนั่ง</w:t>
            </w:r>
            <w:r w:rsidRPr="00F7521E">
              <w:rPr>
                <w:rFonts w:ascii="TH SarabunPSK" w:hAnsi="TH SarabunPSK" w:cs="TH SarabunPSK" w:hint="cs"/>
                <w:szCs w:val="32"/>
              </w:rPr>
              <w:t>/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ได้จัดซื้อหรือจองโต๊ะจีนเรียบร้อยแล้ว</w:t>
            </w:r>
          </w:p>
        </w:tc>
      </w:tr>
      <w:tr w:rsidR="00FB5E53" w:rsidRPr="00F7521E" w14:paraId="5C8CE320" w14:textId="77777777" w:rsidTr="00F7521E">
        <w:trPr>
          <w:jc w:val="center"/>
        </w:trPr>
        <w:tc>
          <w:tcPr>
            <w:tcW w:w="13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BB1482C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Segoe UI Symbol" w:hAnsi="Segoe UI Symbol" w:cs="Segoe UI Symbol"/>
                <w:szCs w:val="32"/>
              </w:rPr>
              <w:t>☐</w:t>
            </w:r>
          </w:p>
        </w:tc>
        <w:tc>
          <w:tcPr>
            <w:tcW w:w="88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6B2A9B18" w14:textId="77777777" w:rsidR="00FB5E53" w:rsidRPr="00F7521E" w:rsidRDefault="00000000">
            <w:pPr>
              <w:spacing w:after="0" w:line="216" w:lineRule="auto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ยังไม่มีโต๊ะนั่ง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และมีความประสงค์ให้สำรองโต๊ะจีน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ราคา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3,500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บาท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จำนวน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.......... โต๊ะ</w:t>
            </w:r>
          </w:p>
        </w:tc>
      </w:tr>
      <w:tr w:rsidR="00FB5E53" w:rsidRPr="00F7521E" w14:paraId="0CD48020" w14:textId="77777777" w:rsidTr="00F7521E">
        <w:trPr>
          <w:jc w:val="center"/>
        </w:trPr>
        <w:tc>
          <w:tcPr>
            <w:tcW w:w="13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23F222C3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Segoe UI Symbol" w:hAnsi="Segoe UI Symbol" w:cs="Segoe UI Symbol"/>
                <w:szCs w:val="32"/>
              </w:rPr>
              <w:t>☐</w:t>
            </w:r>
          </w:p>
        </w:tc>
        <w:tc>
          <w:tcPr>
            <w:tcW w:w="88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1B2C480B" w14:textId="77777777" w:rsidR="00FB5E53" w:rsidRPr="00F7521E" w:rsidRDefault="00000000">
            <w:pPr>
              <w:spacing w:after="0" w:line="216" w:lineRule="auto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ยังไม่มีโต๊ะนั่ง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แต่ไม่มีความประสงค์สำรองโต๊ะจีน</w:t>
            </w:r>
          </w:p>
        </w:tc>
      </w:tr>
      <w:tr w:rsidR="00FB5E53" w:rsidRPr="00F7521E" w14:paraId="42D7A750" w14:textId="77777777" w:rsidTr="00F7521E">
        <w:trPr>
          <w:jc w:val="center"/>
        </w:trPr>
        <w:tc>
          <w:tcPr>
            <w:tcW w:w="130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4F4412F5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Segoe UI Symbol" w:hAnsi="Segoe UI Symbol" w:cs="Segoe UI Symbol"/>
                <w:szCs w:val="32"/>
              </w:rPr>
              <w:t>☐</w:t>
            </w:r>
          </w:p>
        </w:tc>
        <w:tc>
          <w:tcPr>
            <w:tcW w:w="889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 w14:paraId="019817DA" w14:textId="77777777" w:rsidR="00FB5E53" w:rsidRPr="00F7521E" w:rsidRDefault="00000000">
            <w:pPr>
              <w:spacing w:after="0" w:line="216" w:lineRule="auto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</w:rPr>
              <w:t>อื่น ๆ โปรดระบุ ................................................................................................................</w:t>
            </w:r>
          </w:p>
        </w:tc>
      </w:tr>
    </w:tbl>
    <w:p w14:paraId="681B4F36" w14:textId="77777777" w:rsidR="00F7521E" w:rsidRDefault="00F7521E">
      <w:pPr>
        <w:spacing w:after="0" w:line="221" w:lineRule="auto"/>
        <w:rPr>
          <w:rFonts w:ascii="TH SarabunPSK" w:hAnsi="TH SarabunPSK" w:cs="TH SarabunPSK"/>
          <w:b/>
          <w:color w:val="5B2C83"/>
          <w:szCs w:val="32"/>
          <w:lang w:bidi="th-TH"/>
        </w:rPr>
      </w:pPr>
    </w:p>
    <w:p w14:paraId="663A8CD7" w14:textId="2F04D991" w:rsidR="00FB5E53" w:rsidRPr="00F7521E" w:rsidRDefault="00000000">
      <w:pPr>
        <w:spacing w:after="0" w:line="221" w:lineRule="auto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b/>
          <w:color w:val="5B2C83"/>
          <w:szCs w:val="32"/>
        </w:rPr>
        <w:t xml:space="preserve">4. </w:t>
      </w:r>
      <w:r w:rsidRPr="00F7521E">
        <w:rPr>
          <w:rFonts w:ascii="TH SarabunPSK" w:hAnsi="TH SarabunPSK" w:cs="TH SarabunPSK" w:hint="cs"/>
          <w:b/>
          <w:color w:val="5B2C83"/>
          <w:szCs w:val="32"/>
          <w:lang w:bidi="th-TH"/>
        </w:rPr>
        <w:t>การแต่งกายสำหรับเข้ารับรางวัล</w:t>
      </w:r>
    </w:p>
    <w:p w14:paraId="6F3A052B" w14:textId="1F185D3B" w:rsidR="00FB5E53" w:rsidRPr="00F7521E" w:rsidRDefault="00D51D08" w:rsidP="00D51D08">
      <w:pPr>
        <w:spacing w:after="0" w:line="221" w:lineRule="auto"/>
        <w:ind w:left="340"/>
        <w:rPr>
          <w:rFonts w:ascii="TH SarabunPSK" w:hAnsi="TH SarabunPSK" w:cs="TH SarabunPSK"/>
          <w:szCs w:val="32"/>
          <w:lang w:bidi="th-TH"/>
        </w:rPr>
      </w:pPr>
      <w:r>
        <w:rPr>
          <w:rFonts w:ascii="TH SarabunPSK" w:hAnsi="TH SarabunPSK" w:cs="TH SarabunPSK" w:hint="cs"/>
          <w:b/>
          <w:szCs w:val="32"/>
          <w:cs/>
          <w:lang w:bidi="th-TH"/>
        </w:rPr>
        <w:t>ชุด</w:t>
      </w:r>
      <w:r w:rsidRPr="00D51D08">
        <w:rPr>
          <w:rFonts w:ascii="TH SarabunPSK" w:hAnsi="TH SarabunPSK" w:cs="TH SarabunPSK"/>
          <w:b/>
          <w:szCs w:val="32"/>
          <w:cs/>
          <w:lang w:bidi="th-TH"/>
        </w:rPr>
        <w:t>รำวงย้อนยุค</w:t>
      </w:r>
      <w:r w:rsidRPr="00D51D08">
        <w:rPr>
          <w:rFonts w:ascii="TH SarabunPSK" w:hAnsi="TH SarabunPSK" w:cs="TH SarabunPSK"/>
          <w:b/>
          <w:szCs w:val="32"/>
          <w:cs/>
        </w:rPr>
        <w:t xml:space="preserve"> </w:t>
      </w:r>
      <w:r w:rsidRPr="00D51D08">
        <w:rPr>
          <w:rFonts w:ascii="TH SarabunPSK" w:hAnsi="TH SarabunPSK" w:cs="TH SarabunPSK"/>
          <w:b/>
          <w:szCs w:val="32"/>
          <w:cs/>
          <w:lang w:bidi="th-TH"/>
        </w:rPr>
        <w:t>ลีลาศสำราญ</w:t>
      </w:r>
      <w:r w:rsidRPr="00D51D08">
        <w:rPr>
          <w:rFonts w:ascii="TH SarabunPSK" w:hAnsi="TH SarabunPSK" w:cs="TH SarabunPSK"/>
          <w:b/>
          <w:szCs w:val="32"/>
          <w:cs/>
        </w:rPr>
        <w:t xml:space="preserve"> </w:t>
      </w:r>
      <w:r w:rsidRPr="00D51D08">
        <w:rPr>
          <w:rFonts w:ascii="TH SarabunPSK" w:hAnsi="TH SarabunPSK" w:cs="TH SarabunPSK"/>
          <w:b/>
          <w:szCs w:val="32"/>
          <w:cs/>
          <w:lang w:bidi="th-TH"/>
        </w:rPr>
        <w:t>และวาไรตี้ร่วมสมัย</w:t>
      </w:r>
      <w:r w:rsidRPr="00D51D08">
        <w:rPr>
          <w:rFonts w:ascii="TH SarabunPSK" w:hAnsi="TH SarabunPSK" w:cs="TH SarabunPSK"/>
          <w:b/>
          <w:szCs w:val="32"/>
          <w:cs/>
        </w:rPr>
        <w:t xml:space="preserve"> </w:t>
      </w:r>
      <w:r w:rsidRPr="00D51D08">
        <w:rPr>
          <w:rFonts w:ascii="TH SarabunPSK" w:hAnsi="TH SarabunPSK" w:cs="TH SarabunPSK"/>
          <w:b/>
          <w:szCs w:val="32"/>
          <w:cs/>
          <w:lang w:bidi="th-TH"/>
        </w:rPr>
        <w:t>พร้อมประดับสัญลักษณ์ไว้ทุกข์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FB5E53" w:rsidRPr="00F7521E" w14:paraId="390BFB0B" w14:textId="77777777">
        <w:trPr>
          <w:jc w:val="center"/>
        </w:trPr>
        <w:tc>
          <w:tcPr>
            <w:tcW w:w="10200" w:type="dxa"/>
            <w:tcBorders>
              <w:top w:val="single" w:sz="10" w:space="0" w:color="E2B600"/>
              <w:left w:val="single" w:sz="10" w:space="0" w:color="E2B600"/>
              <w:bottom w:val="single" w:sz="10" w:space="0" w:color="E2B600"/>
              <w:right w:val="single" w:sz="10" w:space="0" w:color="E2B600"/>
            </w:tcBorders>
            <w:shd w:val="clear" w:color="auto" w:fill="FFF4CC"/>
          </w:tcPr>
          <w:p w14:paraId="1FE5467F" w14:textId="55847C55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b/>
                <w:color w:val="5B2C83"/>
                <w:szCs w:val="32"/>
                <w:lang w:bidi="th-TH"/>
              </w:rPr>
              <w:t>กรุณาส่งแบบตอบรับภายในวันที่</w:t>
            </w:r>
            <w:r w:rsidRPr="00F7521E">
              <w:rPr>
                <w:rFonts w:ascii="TH SarabunPSK" w:hAnsi="TH SarabunPSK" w:cs="TH SarabunPSK" w:hint="cs"/>
                <w:b/>
                <w:color w:val="5B2C83"/>
                <w:szCs w:val="32"/>
              </w:rPr>
              <w:t xml:space="preserve"> </w:t>
            </w:r>
            <w:r w:rsidR="0094348D">
              <w:rPr>
                <w:rFonts w:ascii="TH SarabunPSK" w:hAnsi="TH SarabunPSK" w:cs="TH SarabunPSK" w:hint="cs"/>
                <w:b/>
                <w:color w:val="5B2C83"/>
                <w:szCs w:val="32"/>
                <w:cs/>
                <w:lang w:bidi="th-TH"/>
              </w:rPr>
              <w:t xml:space="preserve">25 </w:t>
            </w:r>
            <w:r w:rsidRPr="00F7521E">
              <w:rPr>
                <w:rFonts w:ascii="TH SarabunPSK" w:hAnsi="TH SarabunPSK" w:cs="TH SarabunPSK" w:hint="cs"/>
                <w:b/>
                <w:color w:val="5B2C83"/>
                <w:szCs w:val="32"/>
                <w:lang w:bidi="th-TH"/>
              </w:rPr>
              <w:t>กันยายน</w:t>
            </w:r>
            <w:r w:rsidRPr="00F7521E">
              <w:rPr>
                <w:rFonts w:ascii="TH SarabunPSK" w:hAnsi="TH SarabunPSK" w:cs="TH SarabunPSK" w:hint="cs"/>
                <w:b/>
                <w:color w:val="5B2C83"/>
                <w:szCs w:val="32"/>
              </w:rPr>
              <w:t xml:space="preserve"> 2569</w:t>
            </w:r>
          </w:p>
          <w:p w14:paraId="39CE43FD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สำนักงานวิเทศสัมพันธ์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ชั้น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3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อาคารนวัตปัญญา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</w:t>
            </w: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มหาวิทยาลัยราชภัฏบุรีรัมย์</w:t>
            </w:r>
          </w:p>
          <w:p w14:paraId="3913102F" w14:textId="77777777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szCs w:val="32"/>
                <w:lang w:bidi="th-TH"/>
              </w:rPr>
              <w:t>หรือทางอีเมล</w:t>
            </w:r>
            <w:r w:rsidRPr="00F7521E">
              <w:rPr>
                <w:rFonts w:ascii="TH SarabunPSK" w:hAnsi="TH SarabunPSK" w:cs="TH SarabunPSK" w:hint="cs"/>
                <w:szCs w:val="32"/>
              </w:rPr>
              <w:t xml:space="preserve"> kannika.hs@gmail.com</w:t>
            </w:r>
          </w:p>
          <w:p w14:paraId="2B60BBA9" w14:textId="79A09B4B" w:rsidR="00FB5E53" w:rsidRPr="00F7521E" w:rsidRDefault="00000000">
            <w:pPr>
              <w:spacing w:after="0" w:line="216" w:lineRule="auto"/>
              <w:jc w:val="center"/>
              <w:rPr>
                <w:rFonts w:ascii="TH SarabunPSK" w:hAnsi="TH SarabunPSK" w:cs="TH SarabunPSK"/>
                <w:szCs w:val="32"/>
              </w:rPr>
            </w:pPr>
            <w:r w:rsidRPr="00F7521E">
              <w:rPr>
                <w:rFonts w:ascii="TH SarabunPSK" w:hAnsi="TH SarabunPSK" w:cs="TH SarabunPSK" w:hint="cs"/>
                <w:b/>
                <w:szCs w:val="32"/>
                <w:lang w:bidi="th-TH"/>
              </w:rPr>
              <w:t>สอบถามเพิ่มเติม</w:t>
            </w:r>
            <w:r w:rsidR="00F7521E">
              <w:rPr>
                <w:rFonts w:ascii="TH SarabunPSK" w:hAnsi="TH SarabunPSK" w:cs="TH SarabunPSK" w:hint="cs"/>
                <w:b/>
                <w:szCs w:val="32"/>
                <w:cs/>
                <w:lang w:bidi="th-TH"/>
              </w:rPr>
              <w:t xml:space="preserve">ได้ที่ นางสาวกรรณิการ์ ภาพันธ์ ผู้ประสานงานการรับรางวัล </w:t>
            </w:r>
            <w:r w:rsidRPr="00F7521E">
              <w:rPr>
                <w:rFonts w:ascii="TH SarabunPSK" w:hAnsi="TH SarabunPSK" w:cs="TH SarabunPSK" w:hint="cs"/>
                <w:b/>
                <w:szCs w:val="32"/>
                <w:lang w:bidi="th-TH"/>
              </w:rPr>
              <w:t>โทร</w:t>
            </w:r>
            <w:r w:rsidRPr="00F7521E">
              <w:rPr>
                <w:rFonts w:ascii="TH SarabunPSK" w:hAnsi="TH SarabunPSK" w:cs="TH SarabunPSK" w:hint="cs"/>
                <w:b/>
                <w:szCs w:val="32"/>
              </w:rPr>
              <w:t>. 094-542-9140</w:t>
            </w:r>
          </w:p>
        </w:tc>
      </w:tr>
    </w:tbl>
    <w:p w14:paraId="4004DD2A" w14:textId="77777777" w:rsidR="00F7521E" w:rsidRDefault="00F7521E">
      <w:pPr>
        <w:spacing w:after="0" w:line="221" w:lineRule="auto"/>
        <w:jc w:val="right"/>
        <w:rPr>
          <w:rFonts w:ascii="TH SarabunPSK" w:hAnsi="TH SarabunPSK" w:cs="TH SarabunPSK"/>
          <w:szCs w:val="32"/>
          <w:lang w:bidi="th-TH"/>
        </w:rPr>
      </w:pPr>
    </w:p>
    <w:p w14:paraId="04304145" w14:textId="77777777" w:rsidR="00F7521E" w:rsidRDefault="00F7521E">
      <w:pPr>
        <w:spacing w:after="0" w:line="221" w:lineRule="auto"/>
        <w:jc w:val="right"/>
        <w:rPr>
          <w:rFonts w:ascii="TH SarabunPSK" w:hAnsi="TH SarabunPSK" w:cs="TH SarabunPSK"/>
          <w:szCs w:val="32"/>
          <w:lang w:bidi="th-TH"/>
        </w:rPr>
      </w:pPr>
    </w:p>
    <w:p w14:paraId="1BAA94C3" w14:textId="15A55EBD" w:rsidR="00FB5E53" w:rsidRPr="00F7521E" w:rsidRDefault="00000000">
      <w:pPr>
        <w:spacing w:after="0" w:line="221" w:lineRule="auto"/>
        <w:jc w:val="right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  <w:lang w:bidi="th-TH"/>
        </w:rPr>
        <w:t>ลงชื่อ</w:t>
      </w:r>
      <w:r w:rsidRPr="00F7521E">
        <w:rPr>
          <w:rFonts w:ascii="TH SarabunPSK" w:hAnsi="TH SarabunPSK" w:cs="TH SarabunPSK" w:hint="cs"/>
          <w:szCs w:val="32"/>
        </w:rPr>
        <w:t xml:space="preserve"> ................................................................ </w:t>
      </w:r>
      <w:r w:rsidRPr="00F7521E">
        <w:rPr>
          <w:rFonts w:ascii="TH SarabunPSK" w:hAnsi="TH SarabunPSK" w:cs="TH SarabunPSK" w:hint="cs"/>
          <w:szCs w:val="32"/>
          <w:lang w:bidi="th-TH"/>
        </w:rPr>
        <w:t>ผู้ตอบแบบตอบรับ</w:t>
      </w:r>
    </w:p>
    <w:p w14:paraId="7A19C66B" w14:textId="77777777" w:rsidR="00FB5E53" w:rsidRPr="00F7521E" w:rsidRDefault="00000000">
      <w:pPr>
        <w:spacing w:after="0" w:line="221" w:lineRule="auto"/>
        <w:jc w:val="right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</w:rPr>
        <w:t>(........................................................................)</w:t>
      </w:r>
    </w:p>
    <w:p w14:paraId="49DDDEF2" w14:textId="77777777" w:rsidR="00FB5E53" w:rsidRPr="00F7521E" w:rsidRDefault="00000000">
      <w:pPr>
        <w:spacing w:after="0" w:line="221" w:lineRule="auto"/>
        <w:jc w:val="right"/>
        <w:rPr>
          <w:rFonts w:ascii="TH SarabunPSK" w:hAnsi="TH SarabunPSK" w:cs="TH SarabunPSK"/>
          <w:szCs w:val="32"/>
        </w:rPr>
      </w:pPr>
      <w:r w:rsidRPr="00F7521E">
        <w:rPr>
          <w:rFonts w:ascii="TH SarabunPSK" w:hAnsi="TH SarabunPSK" w:cs="TH SarabunPSK" w:hint="cs"/>
          <w:szCs w:val="32"/>
        </w:rPr>
        <w:t>วันที่ ............... / ............... / 2569</w:t>
      </w:r>
    </w:p>
    <w:sectPr w:rsidR="00FB5E53" w:rsidRPr="00F7521E" w:rsidSect="00034616">
      <w:footerReference w:type="default" r:id="rId8"/>
      <w:pgSz w:w="12240" w:h="15840"/>
      <w:pgMar w:top="567" w:right="907" w:bottom="56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924FD" w14:textId="77777777" w:rsidR="00482EAA" w:rsidRDefault="00482EAA">
      <w:pPr>
        <w:spacing w:after="0" w:line="240" w:lineRule="auto"/>
      </w:pPr>
      <w:r>
        <w:separator/>
      </w:r>
    </w:p>
  </w:endnote>
  <w:endnote w:type="continuationSeparator" w:id="0">
    <w:p w14:paraId="702A36F6" w14:textId="77777777" w:rsidR="00482EAA" w:rsidRDefault="0048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H Sarabun New">
    <w:altName w:val="Cordia New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9CE5F" w14:textId="77777777" w:rsidR="00FB5E53" w:rsidRDefault="00000000">
    <w:pPr>
      <w:pStyle w:val="a7"/>
      <w:jc w:val="center"/>
    </w:pPr>
    <w:r>
      <w:rPr>
        <w:color w:val="646464"/>
        <w:sz w:val="18"/>
        <w:lang w:bidi="th-TH"/>
      </w:rPr>
      <w:t>สำนักงานวิเทศสัมพันธ์</w:t>
    </w:r>
    <w:r>
      <w:rPr>
        <w:color w:val="646464"/>
        <w:sz w:val="18"/>
      </w:rPr>
      <w:t xml:space="preserve"> </w:t>
    </w:r>
    <w:r>
      <w:rPr>
        <w:color w:val="646464"/>
        <w:sz w:val="18"/>
        <w:lang w:bidi="th-TH"/>
      </w:rPr>
      <w:t>มหาวิทยาลัยราชภัฏบุรีรัมย์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2429F" w14:textId="77777777" w:rsidR="00482EAA" w:rsidRDefault="00482EAA">
      <w:pPr>
        <w:spacing w:after="0" w:line="240" w:lineRule="auto"/>
      </w:pPr>
      <w:r>
        <w:separator/>
      </w:r>
    </w:p>
  </w:footnote>
  <w:footnote w:type="continuationSeparator" w:id="0">
    <w:p w14:paraId="68046982" w14:textId="77777777" w:rsidR="00482EAA" w:rsidRDefault="00482E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6197655">
    <w:abstractNumId w:val="8"/>
  </w:num>
  <w:num w:numId="2" w16cid:durableId="1992715994">
    <w:abstractNumId w:val="6"/>
  </w:num>
  <w:num w:numId="3" w16cid:durableId="536310599">
    <w:abstractNumId w:val="5"/>
  </w:num>
  <w:num w:numId="4" w16cid:durableId="830800861">
    <w:abstractNumId w:val="4"/>
  </w:num>
  <w:num w:numId="5" w16cid:durableId="713192038">
    <w:abstractNumId w:val="7"/>
  </w:num>
  <w:num w:numId="6" w16cid:durableId="678308651">
    <w:abstractNumId w:val="3"/>
  </w:num>
  <w:num w:numId="7" w16cid:durableId="929313698">
    <w:abstractNumId w:val="2"/>
  </w:num>
  <w:num w:numId="8" w16cid:durableId="1608544451">
    <w:abstractNumId w:val="1"/>
  </w:num>
  <w:num w:numId="9" w16cid:durableId="235434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7477"/>
    <w:rsid w:val="0015074B"/>
    <w:rsid w:val="00174D7A"/>
    <w:rsid w:val="0029639D"/>
    <w:rsid w:val="00326F90"/>
    <w:rsid w:val="00482EAA"/>
    <w:rsid w:val="00556DDE"/>
    <w:rsid w:val="0094348D"/>
    <w:rsid w:val="00AA1D8D"/>
    <w:rsid w:val="00B47730"/>
    <w:rsid w:val="00CB0664"/>
    <w:rsid w:val="00D51D08"/>
    <w:rsid w:val="00F7521E"/>
    <w:rsid w:val="00FB5E5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947FCA"/>
  <w14:defaultImageDpi w14:val="300"/>
  <w15:docId w15:val="{07651D05-7874-40E8-8D0A-229877012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H Sarabun New" w:eastAsia="TH Sarabun New" w:hAnsi="TH Sarabun New"/>
      <w:sz w:val="3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หัวกระดาษ อักขระ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ท้ายกระดาษ อักขระ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หัวเรื่อง 1 อักขระ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หัวเรื่อง 2 อักขระ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หัวเรื่อง 3 อักขระ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ชื่อเรื่อง อักขระ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ชื่อเรื่องรอง อักขระ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เนื้อความ อักขระ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เนื้อความ 2 อักขระ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เนื้อความ 3 อักขระ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ข้อความแมโคร อักขระ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คำอ้างอิง อักขระ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หัวเรื่อง 4 อักขระ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หัวเรื่อง 5 อักขระ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หัวเรื่อง 6 อักขระ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หัวเรื่อง 7 อักขระ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หัวเรื่อง 8 อักขระ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หัวเรื่อง 9 อักขระ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ทำให้คำอ้างอิงเป็นสีเข้มขึ้น อักขระ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อิซาเบล สิม่อน</cp:lastModifiedBy>
  <cp:revision>3</cp:revision>
  <dcterms:created xsi:type="dcterms:W3CDTF">2026-09-21T02:25:00Z</dcterms:created>
  <dcterms:modified xsi:type="dcterms:W3CDTF">2026-09-21T02:27:00Z</dcterms:modified>
  <cp:category/>
</cp:coreProperties>
</file>